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RECIBO DE ALUGUEL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Recebi de </w:t>
      </w:r>
      <w:r>
        <w:rPr>
          <w:b w:val="0"/>
          <w:highlight w:val="yellow"/>
        </w:rPr>
        <w:t>[NOME DO LOCATÁRIO]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a importância de R$ </w:t>
      </w:r>
      <w:r>
        <w:rPr>
          <w:b w:val="0"/>
          <w:highlight w:val="yellow"/>
        </w:rPr>
        <w:t>[valor total]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 xml:space="preserve">), referente ao aluguel e aos encargos do mês de </w:t>
      </w:r>
      <w:r>
        <w:rPr>
          <w:b w:val="0"/>
          <w:highlight w:val="yellow"/>
        </w:rPr>
        <w:t>[mês/ano]</w:t>
      </w:r>
      <w:r>
        <w:rPr>
          <w:b w:val="0"/>
        </w:rPr>
        <w:t xml:space="preserve"> do imóvel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objeto do contrato de locação de </w:t>
      </w:r>
      <w:r>
        <w:rPr>
          <w:b w:val="0"/>
          <w:highlight w:val="yellow"/>
        </w:rPr>
        <w:t>[data]</w:t>
      </w:r>
      <w:r>
        <w:rPr>
          <w:b w:val="0"/>
        </w:rPr>
        <w:t>, discriminada assim: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Aluguel: R$ </w:t>
      </w:r>
      <w:r>
        <w:rPr>
          <w:b w:val="0"/>
          <w:highlight w:val="yellow"/>
        </w:rPr>
        <w:t>[valor]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Condomínio (despesas ordinárias): R$ </w:t>
      </w:r>
      <w:r>
        <w:rPr>
          <w:b w:val="0"/>
          <w:highlight w:val="yellow"/>
        </w:rPr>
        <w:t>[valor]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IPTU (parcela </w:t>
      </w:r>
      <w:r>
        <w:rPr>
          <w:b w:val="0"/>
          <w:highlight w:val="yellow"/>
        </w:rPr>
        <w:t>[__]</w:t>
      </w:r>
      <w:r>
        <w:rPr>
          <w:b w:val="0"/>
        </w:rPr>
        <w:t xml:space="preserve"> de </w:t>
      </w:r>
      <w:r>
        <w:rPr>
          <w:b w:val="0"/>
          <w:highlight w:val="yellow"/>
        </w:rPr>
        <w:t>[__]</w:t>
      </w:r>
      <w:r>
        <w:rPr>
          <w:b w:val="0"/>
        </w:rPr>
        <w:t xml:space="preserve">): R$ </w:t>
      </w:r>
      <w:r>
        <w:rPr>
          <w:b w:val="0"/>
          <w:highlight w:val="yellow"/>
        </w:rPr>
        <w:t>[valor]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[Água / gás / seguro contra incêndio]</w:t>
      </w:r>
      <w:r>
        <w:rPr>
          <w:b w:val="0"/>
        </w:rPr>
        <w:t xml:space="preserve">: R$ </w:t>
      </w:r>
      <w:r>
        <w:rPr>
          <w:b w:val="0"/>
          <w:highlight w:val="yellow"/>
        </w:rPr>
        <w:t>[valor]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[Multa por atraso de __ dias: R$ valor]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[Juros e correção: R$ valor]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[Desconto ou abatimento: R$ valor]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Pagamento feito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por </w:t>
      </w:r>
      <w:r>
        <w:rPr>
          <w:b w:val="0"/>
          <w:highlight w:val="yellow"/>
        </w:rPr>
        <w:t>[Pix / transferência / boleto / dinheiro]</w:t>
      </w:r>
      <w:r>
        <w:rPr>
          <w:b w:val="0"/>
        </w:rPr>
        <w:t xml:space="preserve"> </w:t>
      </w:r>
      <w:r>
        <w:rPr>
          <w:b w:val="0"/>
          <w:highlight w:val="yellow"/>
        </w:rPr>
        <w:t>[, identificação da transação: número]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Dou quitação dos valores acima discriminados, referentes ao mês de </w:t>
      </w:r>
      <w:r>
        <w:rPr>
          <w:b w:val="0"/>
          <w:highlight w:val="yellow"/>
        </w:rPr>
        <w:t>[mês/ano]</w:t>
      </w:r>
      <w:r>
        <w:rPr>
          <w:b w:val="0"/>
        </w:rPr>
        <w:t xml:space="preserve">, sem quitar parcelas ou débitos de outros meses </w:t>
      </w:r>
      <w:r>
        <w:rPr>
          <w:b w:val="0"/>
          <w:highlight w:val="yellow"/>
        </w:rPr>
        <w:t>[nem o que vier a ser apurado em vistoria]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 LOCADOR ou da IMOBILIÁRIA]</w:t>
      </w:r>
      <w:r>
        <w:rPr>
          <w:b w:val="0"/>
        </w:rPr>
        <w:t xml:space="preserve">, </w:t>
      </w:r>
      <w:r>
        <w:rPr>
          <w:b w:val="0"/>
          <w:highlight w:val="yellow"/>
        </w:rPr>
        <w:t>[CPF ou CNPJ]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[Se imobiliária: em nome do locador NOME, conforme o contrato de administração.]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recibo de aluguel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